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74A21" w14:textId="77777777" w:rsidR="00915140" w:rsidRDefault="00000000">
      <w:pPr>
        <w:spacing w:after="40"/>
        <w:jc w:val="right"/>
      </w:pPr>
      <w:r>
        <w:rPr>
          <w:sz w:val="21"/>
        </w:rPr>
        <w:t>Phụ lục 01</w:t>
      </w:r>
    </w:p>
    <w:p w14:paraId="2BE3C1D6" w14:textId="77777777" w:rsidR="00915140" w:rsidRDefault="00000000">
      <w:pPr>
        <w:spacing w:after="0" w:line="240" w:lineRule="auto"/>
        <w:jc w:val="center"/>
      </w:pPr>
      <w:r>
        <w:rPr>
          <w:b/>
          <w:sz w:val="25"/>
        </w:rPr>
        <w:t>CỘNG HÒA XÃ HỘI CHỦ NGHĨA VIỆT NAM</w:t>
      </w:r>
    </w:p>
    <w:p w14:paraId="5B8FED4E" w14:textId="77777777" w:rsidR="00915140" w:rsidRDefault="00000000">
      <w:pPr>
        <w:spacing w:after="160" w:line="240" w:lineRule="auto"/>
        <w:jc w:val="center"/>
      </w:pPr>
      <w:r>
        <w:rPr>
          <w:b/>
        </w:rPr>
        <w:t>Độc lập - Tự do - Hạnh phúc</w:t>
      </w:r>
    </w:p>
    <w:p w14:paraId="3B8FBCE0" w14:textId="77777777" w:rsidR="00915140" w:rsidRDefault="00000000">
      <w:pPr>
        <w:spacing w:after="140" w:line="240" w:lineRule="auto"/>
        <w:jc w:val="center"/>
      </w:pPr>
      <w:r>
        <w:rPr>
          <w:b/>
          <w:sz w:val="30"/>
        </w:rPr>
        <w:t>ĐƠN XIN HOÀN LẠI HỌC PHÍ</w:t>
      </w:r>
    </w:p>
    <w:p w14:paraId="144DBAAA" w14:textId="15A33A2E" w:rsidR="00915140" w:rsidRDefault="00000000" w:rsidP="00A40487">
      <w:pPr>
        <w:spacing w:after="160"/>
        <w:jc w:val="center"/>
      </w:pPr>
      <w:r>
        <w:rPr>
          <w:b/>
        </w:rPr>
        <w:t xml:space="preserve">Kính gửi: </w:t>
      </w:r>
      <w:r w:rsidR="00A40487">
        <w:rPr>
          <w:b/>
        </w:rPr>
        <w:t>PHÒNG ĐÀO TẠO SAU ĐẠI HỌC</w:t>
      </w:r>
    </w:p>
    <w:p w14:paraId="04FEC4B5" w14:textId="37F55189" w:rsidR="00915140" w:rsidRDefault="00000000">
      <w:pPr>
        <w:tabs>
          <w:tab w:val="left" w:leader="dot" w:pos="10091"/>
        </w:tabs>
        <w:spacing w:after="20"/>
      </w:pPr>
      <w:r>
        <w:t>Họ và tên:</w:t>
      </w:r>
      <w:r w:rsidR="00A40487">
        <w:t xml:space="preserve"> THÁI THỊ KIM ÁI</w:t>
      </w:r>
    </w:p>
    <w:p w14:paraId="3CCD0907" w14:textId="14E4F0D1" w:rsidR="00915140" w:rsidRDefault="00000000" w:rsidP="000C585F">
      <w:pPr>
        <w:tabs>
          <w:tab w:val="left" w:pos="5953"/>
          <w:tab w:val="left" w:leader="dot" w:pos="10091"/>
        </w:tabs>
        <w:spacing w:after="20"/>
      </w:pPr>
      <w:r>
        <w:t>Ngày, tháng, năm sinh:</w:t>
      </w:r>
      <w:r w:rsidR="00A40487">
        <w:t xml:space="preserve"> 10/08/1996. </w:t>
      </w:r>
      <w:r w:rsidR="00A40487">
        <w:tab/>
      </w:r>
      <w:r>
        <w:t>Nơi sinh (tỉnh):</w:t>
      </w:r>
      <w:r w:rsidR="00A40487">
        <w:t xml:space="preserve"> Tây Ninh</w:t>
      </w:r>
    </w:p>
    <w:p w14:paraId="20E03101" w14:textId="652E12B0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Hộ khẩu thường trú:</w:t>
      </w:r>
      <w:r w:rsidR="00A40487">
        <w:rPr>
          <w:sz w:val="22"/>
        </w:rPr>
        <w:t xml:space="preserve"> ấp Mỹ Hiệp, xã Đông Thành, tỉnh Tây Ninh</w:t>
      </w:r>
    </w:p>
    <w:p w14:paraId="53C4B693" w14:textId="338FDA1B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Địa chỉ liên hệ:</w:t>
      </w:r>
      <w:r w:rsidR="00A40487">
        <w:rPr>
          <w:sz w:val="22"/>
        </w:rPr>
        <w:t xml:space="preserve"> 211 Nguyễn Thông, Phường Long An, tỉnh Tây Ninh</w:t>
      </w:r>
    </w:p>
    <w:p w14:paraId="6D9423B8" w14:textId="2DF74C55" w:rsidR="00915140" w:rsidRDefault="00000000" w:rsidP="000C585F">
      <w:pPr>
        <w:tabs>
          <w:tab w:val="left" w:pos="5953"/>
          <w:tab w:val="left" w:leader="dot" w:pos="10091"/>
        </w:tabs>
        <w:spacing w:after="20"/>
      </w:pPr>
      <w:r>
        <w:t>Điện thoại:</w:t>
      </w:r>
      <w:r w:rsidR="00A40487">
        <w:t xml:space="preserve"> 0974815753. </w:t>
      </w:r>
      <w:r w:rsidR="00A40487">
        <w:tab/>
      </w:r>
      <w:r>
        <w:t>Email:</w:t>
      </w:r>
      <w:r w:rsidR="00A40487">
        <w:t xml:space="preserve"> ttkimai1008@gmail.com</w:t>
      </w:r>
    </w:p>
    <w:p w14:paraId="0151B0DE" w14:textId="1AEA836E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Đề nghị xin được hoàn lại học phí lớp:</w:t>
      </w:r>
      <w:r w:rsidR="00A40487">
        <w:rPr>
          <w:sz w:val="22"/>
        </w:rPr>
        <w:t xml:space="preserve"> 2611071H1</w:t>
      </w:r>
    </w:p>
    <w:p w14:paraId="35FAF024" w14:textId="5959553E" w:rsidR="00915140" w:rsidRDefault="00000000" w:rsidP="000C585F">
      <w:pPr>
        <w:tabs>
          <w:tab w:val="left" w:pos="5953"/>
          <w:tab w:val="left" w:leader="dot" w:pos="10091"/>
        </w:tabs>
        <w:spacing w:after="20"/>
      </w:pPr>
      <w:r>
        <w:t>Khóa:</w:t>
      </w:r>
      <w:r w:rsidR="00A40487">
        <w:t xml:space="preserve"> K23 - 2026 - SĐH</w:t>
      </w:r>
      <w:r>
        <w:tab/>
        <w:t>Ngày khai giảng:</w:t>
      </w:r>
      <w:r w:rsidR="000C585F">
        <w:t xml:space="preserve"> 05/0</w:t>
      </w:r>
      <w:r w:rsidR="001E581A">
        <w:t>9</w:t>
      </w:r>
      <w:r w:rsidR="000C585F">
        <w:t>/2026</w:t>
      </w:r>
    </w:p>
    <w:p w14:paraId="76DB7775" w14:textId="661DA908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Số tiền học phí đã đóng:</w:t>
      </w:r>
      <w:r w:rsidR="00A40487">
        <w:rPr>
          <w:sz w:val="22"/>
        </w:rPr>
        <w:t xml:space="preserve"> 24.570.000 đồng</w:t>
      </w:r>
    </w:p>
    <w:p w14:paraId="66E2DE72" w14:textId="31CBE419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Lý do xin hoàn lại học phí:</w:t>
      </w:r>
      <w:r w:rsidR="00A40487">
        <w:rPr>
          <w:sz w:val="22"/>
        </w:rPr>
        <w:t xml:space="preserve"> </w:t>
      </w:r>
      <w:r w:rsidR="00044993" w:rsidRPr="00044993">
        <w:rPr>
          <w:sz w:val="22"/>
        </w:rPr>
        <w:t>Do đơn vị không bố trí được nhân sự tham gia học tại Thành phố Hồ Chí Minh nên xin hoãn học</w:t>
      </w:r>
      <w:r w:rsidR="00A40487">
        <w:rPr>
          <w:sz w:val="22"/>
        </w:rPr>
        <w:t xml:space="preserve">. </w:t>
      </w:r>
    </w:p>
    <w:p w14:paraId="287CAA89" w14:textId="49232625" w:rsidR="00915140" w:rsidRDefault="00000000">
      <w:pPr>
        <w:tabs>
          <w:tab w:val="left" w:pos="4649"/>
          <w:tab w:val="left" w:pos="8220"/>
        </w:tabs>
        <w:spacing w:before="40" w:after="40"/>
      </w:pPr>
      <w:r>
        <w:t>Hình thức hoàn trả: Tiền mặt  □</w:t>
      </w:r>
      <w:r>
        <w:tab/>
        <w:t xml:space="preserve">Chuyển khoản:  </w:t>
      </w:r>
      <w:r w:rsidR="00044993" w:rsidRPr="00044993">
        <w:rPr>
          <w:rFonts w:ascii="Segoe UI Symbol" w:hAnsi="Segoe UI Symbol" w:cs="Segoe UI Symbol"/>
          <w:sz w:val="22"/>
        </w:rPr>
        <w:t>☑</w:t>
      </w:r>
    </w:p>
    <w:p w14:paraId="51A70B8E" w14:textId="77777777" w:rsidR="00915140" w:rsidRDefault="00000000">
      <w:pPr>
        <w:spacing w:after="60"/>
      </w:pPr>
      <w:r>
        <w:rPr>
          <w:b/>
        </w:rPr>
        <w:t>Thông tin tài khoản (nếu lựa chọn hình thức chuyển khoản):</w:t>
      </w:r>
    </w:p>
    <w:p w14:paraId="107332DC" w14:textId="7CECBBFC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Tên tài khoản:</w:t>
      </w:r>
      <w:r w:rsidR="006B2D1B">
        <w:rPr>
          <w:sz w:val="22"/>
        </w:rPr>
        <w:t xml:space="preserve"> </w:t>
      </w:r>
      <w:r w:rsidR="000C585F">
        <w:rPr>
          <w:sz w:val="22"/>
        </w:rPr>
        <w:t xml:space="preserve"> THÁI THỊ KIM ÁI</w:t>
      </w:r>
    </w:p>
    <w:p w14:paraId="2E72E775" w14:textId="19D79EB1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Số tài khoản:</w:t>
      </w:r>
      <w:r w:rsidR="000C585F">
        <w:rPr>
          <w:sz w:val="22"/>
        </w:rPr>
        <w:t xml:space="preserve"> 6800951901</w:t>
      </w:r>
    </w:p>
    <w:p w14:paraId="09263C90" w14:textId="7E4DA9AB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Ngân hàng:</w:t>
      </w:r>
      <w:r w:rsidR="000C585F">
        <w:rPr>
          <w:sz w:val="22"/>
        </w:rPr>
        <w:t xml:space="preserve"> BIDV</w:t>
      </w:r>
    </w:p>
    <w:p w14:paraId="1AEE179D" w14:textId="089451FA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Chi nhánh ngân hàng:</w:t>
      </w:r>
      <w:r w:rsidR="000C585F">
        <w:rPr>
          <w:sz w:val="22"/>
        </w:rPr>
        <w:t xml:space="preserve"> Chi nhánh Long An</w:t>
      </w:r>
    </w:p>
    <w:p w14:paraId="3B0C9776" w14:textId="3E1DA3FA" w:rsidR="00915140" w:rsidRDefault="00000000">
      <w:pPr>
        <w:tabs>
          <w:tab w:val="left" w:leader="dot" w:pos="9638"/>
        </w:tabs>
        <w:spacing w:after="20" w:line="240" w:lineRule="auto"/>
      </w:pPr>
      <w:r>
        <w:rPr>
          <w:sz w:val="22"/>
        </w:rPr>
        <w:t>Tôi đồng ý chịu chi phí chuyển khoản hoàn tiền (nếu có)</w:t>
      </w:r>
      <w:r w:rsidR="000C585F">
        <w:rPr>
          <w:sz w:val="22"/>
        </w:rPr>
        <w:t>.</w:t>
      </w:r>
    </w:p>
    <w:p w14:paraId="6D1B50E6" w14:textId="3F1C430F" w:rsidR="00915140" w:rsidRDefault="00000000">
      <w:pPr>
        <w:spacing w:before="260" w:after="0"/>
        <w:jc w:val="right"/>
      </w:pPr>
      <w:r>
        <w:rPr>
          <w:sz w:val="22"/>
        </w:rPr>
        <w:t xml:space="preserve">Ngày </w:t>
      </w:r>
      <w:r w:rsidR="006B2D1B">
        <w:rPr>
          <w:sz w:val="22"/>
        </w:rPr>
        <w:t>15,</w:t>
      </w:r>
      <w:r>
        <w:rPr>
          <w:sz w:val="22"/>
        </w:rPr>
        <w:t xml:space="preserve"> tháng </w:t>
      </w:r>
      <w:r w:rsidR="006B2D1B">
        <w:rPr>
          <w:sz w:val="22"/>
        </w:rPr>
        <w:t>09,</w:t>
      </w:r>
      <w:r>
        <w:rPr>
          <w:sz w:val="22"/>
        </w:rPr>
        <w:t xml:space="preserve"> năm</w:t>
      </w:r>
      <w:r w:rsidR="006B2D1B">
        <w:rPr>
          <w:sz w:val="22"/>
        </w:rPr>
        <w:t xml:space="preserve"> 2026</w:t>
      </w:r>
    </w:p>
    <w:p w14:paraId="4BFB68E3" w14:textId="77777777" w:rsidR="00915140" w:rsidRDefault="00000000" w:rsidP="000C585F">
      <w:pPr>
        <w:spacing w:after="0"/>
        <w:ind w:right="594"/>
        <w:jc w:val="right"/>
      </w:pPr>
      <w:r>
        <w:rPr>
          <w:sz w:val="22"/>
        </w:rPr>
        <w:t>Người làm đơn</w:t>
      </w:r>
    </w:p>
    <w:p w14:paraId="06F3A482" w14:textId="77777777" w:rsidR="00915140" w:rsidRDefault="00000000" w:rsidP="000C585F">
      <w:pPr>
        <w:spacing w:after="500"/>
        <w:ind w:right="453"/>
        <w:jc w:val="right"/>
      </w:pPr>
      <w:r>
        <w:rPr>
          <w:i/>
          <w:sz w:val="21"/>
        </w:rPr>
        <w:t>(Ký và ghi rõ họ tên)</w:t>
      </w:r>
    </w:p>
    <w:p w14:paraId="6DBF2E94" w14:textId="3D5B87D3" w:rsidR="000C585F" w:rsidRDefault="000C585F" w:rsidP="000C585F">
      <w:pPr>
        <w:spacing w:after="360"/>
        <w:ind w:left="6480" w:firstLine="720"/>
        <w:jc w:val="center"/>
        <w:rPr>
          <w:sz w:val="22"/>
        </w:rPr>
      </w:pPr>
      <w:r>
        <w:rPr>
          <w:sz w:val="22"/>
        </w:rPr>
        <w:t>Thái Thị Kim Ái</w:t>
      </w:r>
    </w:p>
    <w:p w14:paraId="513CD853" w14:textId="77777777" w:rsidR="000C585F" w:rsidRDefault="000C585F">
      <w:pPr>
        <w:spacing w:after="360"/>
        <w:jc w:val="center"/>
        <w:rPr>
          <w:sz w:val="22"/>
        </w:rPr>
      </w:pPr>
    </w:p>
    <w:p w14:paraId="4BFAD31C" w14:textId="5A6AE0BF" w:rsidR="00915140" w:rsidRDefault="00000000">
      <w:pPr>
        <w:spacing w:after="360"/>
        <w:jc w:val="center"/>
      </w:pPr>
      <w:r>
        <w:rPr>
          <w:sz w:val="22"/>
        </w:rPr>
        <w:t>Duyệt Ban Giám đốc</w:t>
      </w:r>
    </w:p>
    <w:p w14:paraId="7081C8BD" w14:textId="77777777" w:rsidR="00915140" w:rsidRDefault="00000000">
      <w:pPr>
        <w:spacing w:after="0"/>
      </w:pPr>
      <w:r>
        <w:rPr>
          <w:sz w:val="21"/>
        </w:rPr>
        <w:t>Mức hoàn tiền:</w:t>
      </w:r>
    </w:p>
    <w:p w14:paraId="3DFEE642" w14:textId="77777777" w:rsidR="00915140" w:rsidRDefault="00000000">
      <w:pPr>
        <w:spacing w:after="0"/>
      </w:pPr>
      <w:r>
        <w:rPr>
          <w:sz w:val="21"/>
        </w:rPr>
        <w:t>☐ Hoàn lại 100%</w:t>
      </w:r>
    </w:p>
    <w:p w14:paraId="76D44585" w14:textId="77777777" w:rsidR="00915140" w:rsidRDefault="00000000">
      <w:pPr>
        <w:spacing w:after="0"/>
      </w:pPr>
      <w:r>
        <w:rPr>
          <w:sz w:val="21"/>
        </w:rPr>
        <w:t>☐ Hoàn lại 75%</w:t>
      </w:r>
    </w:p>
    <w:p w14:paraId="487BED76" w14:textId="77777777" w:rsidR="00915140" w:rsidRDefault="00000000">
      <w:pPr>
        <w:spacing w:after="0"/>
      </w:pPr>
      <w:r>
        <w:rPr>
          <w:sz w:val="21"/>
        </w:rPr>
        <w:t>☐ Không hoàn lại</w:t>
      </w:r>
    </w:p>
    <w:sectPr w:rsidR="00915140" w:rsidSect="00034616">
      <w:pgSz w:w="11906" w:h="16838"/>
      <w:pgMar w:top="850" w:right="1134" w:bottom="1020" w:left="1247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53EB6" w14:textId="77777777" w:rsidR="00953DD0" w:rsidRDefault="00953DD0">
      <w:pPr>
        <w:spacing w:after="0" w:line="240" w:lineRule="auto"/>
      </w:pPr>
      <w:r>
        <w:separator/>
      </w:r>
    </w:p>
  </w:endnote>
  <w:endnote w:type="continuationSeparator" w:id="0">
    <w:p w14:paraId="0FD999C0" w14:textId="77777777" w:rsidR="00953DD0" w:rsidRDefault="00953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36A4F" w14:textId="77777777" w:rsidR="00953DD0" w:rsidRDefault="00953DD0">
      <w:pPr>
        <w:spacing w:after="0" w:line="240" w:lineRule="auto"/>
      </w:pPr>
      <w:r>
        <w:separator/>
      </w:r>
    </w:p>
  </w:footnote>
  <w:footnote w:type="continuationSeparator" w:id="0">
    <w:p w14:paraId="241FD746" w14:textId="77777777" w:rsidR="00953DD0" w:rsidRDefault="00953D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1893255">
    <w:abstractNumId w:val="8"/>
  </w:num>
  <w:num w:numId="2" w16cid:durableId="436759207">
    <w:abstractNumId w:val="6"/>
  </w:num>
  <w:num w:numId="3" w16cid:durableId="414479019">
    <w:abstractNumId w:val="5"/>
  </w:num>
  <w:num w:numId="4" w16cid:durableId="1567102897">
    <w:abstractNumId w:val="4"/>
  </w:num>
  <w:num w:numId="5" w16cid:durableId="1918981049">
    <w:abstractNumId w:val="7"/>
  </w:num>
  <w:num w:numId="6" w16cid:durableId="1388799140">
    <w:abstractNumId w:val="3"/>
  </w:num>
  <w:num w:numId="7" w16cid:durableId="1180200690">
    <w:abstractNumId w:val="2"/>
  </w:num>
  <w:num w:numId="8" w16cid:durableId="257099994">
    <w:abstractNumId w:val="1"/>
  </w:num>
  <w:num w:numId="9" w16cid:durableId="168104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4993"/>
    <w:rsid w:val="0006063C"/>
    <w:rsid w:val="000C585F"/>
    <w:rsid w:val="0015074B"/>
    <w:rsid w:val="001E581A"/>
    <w:rsid w:val="0029639D"/>
    <w:rsid w:val="00326F90"/>
    <w:rsid w:val="00524274"/>
    <w:rsid w:val="00585218"/>
    <w:rsid w:val="006B2D1B"/>
    <w:rsid w:val="007C7156"/>
    <w:rsid w:val="00882CB2"/>
    <w:rsid w:val="00915140"/>
    <w:rsid w:val="00953DD0"/>
    <w:rsid w:val="00A40487"/>
    <w:rsid w:val="00AA1D8D"/>
    <w:rsid w:val="00B47730"/>
    <w:rsid w:val="00BF463A"/>
    <w:rsid w:val="00C9508C"/>
    <w:rsid w:val="00CB0664"/>
    <w:rsid w:val="00CD7302"/>
    <w:rsid w:val="00D52E3F"/>
    <w:rsid w:val="00E87A5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B9DF90"/>
  <w14:defaultImageDpi w14:val="300"/>
  <w15:docId w15:val="{17D7B70D-36F4-42C9-8BA5-8DAFC76E7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xin hoàn lại học phí</dc:title>
  <dc:subject>Mẫu đơn theo hình ảnh cung cấp</dc:subject>
  <dc:creator>python-docx</dc:creator>
  <cp:keywords/>
  <dc:description>generated by python-docx</dc:description>
  <cp:lastModifiedBy>FNU LNU</cp:lastModifiedBy>
  <cp:revision>6</cp:revision>
  <dcterms:created xsi:type="dcterms:W3CDTF">2013-12-23T23:15:00Z</dcterms:created>
  <dcterms:modified xsi:type="dcterms:W3CDTF">2026-09-15T05:30:00Z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2026-09-15T05:28:44Z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a164183d-d80b-4c1a-8aaa-8f6c6a18b67f</vt:lpwstr>
  </property>
  <property fmtid="{D5CDD505-2E9C-101B-9397-08002B2CF9AE}" pid="7" name="MSIP_Label_defa4170-0d19-0005-0004-bc88714345d2_ActionId">
    <vt:lpwstr>e99851f3-02d6-4172-885b-d8efa70b0553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