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726CC" w14:textId="77777777" w:rsidR="009158E6" w:rsidRPr="001103A9" w:rsidRDefault="00EC53C1" w:rsidP="001103A9">
      <w:pPr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14:paraId="32D83F92" w14:textId="77777777" w:rsidR="009158E6" w:rsidRPr="001103A9" w:rsidRDefault="00EC53C1" w:rsidP="001103A9">
      <w:pPr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14:paraId="2D0B8740" w14:textId="77777777" w:rsidR="009158E6" w:rsidRPr="001103A9" w:rsidRDefault="00EC53C1">
      <w:pPr>
        <w:jc w:val="center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t>-----------------------</w:t>
      </w:r>
    </w:p>
    <w:p w14:paraId="2E507978" w14:textId="77777777" w:rsidR="009158E6" w:rsidRPr="001103A9" w:rsidRDefault="00EC53C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103A9">
        <w:rPr>
          <w:rFonts w:ascii="Times New Roman" w:hAnsi="Times New Roman" w:cs="Times New Roman"/>
          <w:b/>
          <w:sz w:val="26"/>
          <w:szCs w:val="26"/>
        </w:rPr>
        <w:t xml:space="preserve">ĐƠN XIN CHUYỂN </w:t>
      </w:r>
      <w:r w:rsidR="001103A9">
        <w:rPr>
          <w:rFonts w:ascii="Times New Roman" w:hAnsi="Times New Roman" w:cs="Times New Roman"/>
          <w:b/>
          <w:sz w:val="26"/>
          <w:szCs w:val="26"/>
        </w:rPr>
        <w:t>LỚP</w:t>
      </w:r>
    </w:p>
    <w:p w14:paraId="6050B48D" w14:textId="77777777" w:rsidR="009158E6" w:rsidRPr="001103A9" w:rsidRDefault="00EC53C1" w:rsidP="001103A9">
      <w:pPr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br/>
        <w:t>Kính gửi:</w:t>
      </w:r>
      <w:r w:rsidR="001103A9">
        <w:rPr>
          <w:rFonts w:ascii="Times New Roman" w:hAnsi="Times New Roman" w:cs="Times New Roman"/>
          <w:sz w:val="26"/>
          <w:szCs w:val="26"/>
        </w:rPr>
        <w:tab/>
      </w:r>
      <w:r w:rsidRPr="001103A9">
        <w:rPr>
          <w:rFonts w:ascii="Times New Roman" w:hAnsi="Times New Roman" w:cs="Times New Roman"/>
          <w:sz w:val="26"/>
          <w:szCs w:val="26"/>
        </w:rPr>
        <w:t>- Ban Giám hiệu Trường Đại học Y Dược Cần Thơ</w:t>
      </w:r>
    </w:p>
    <w:p w14:paraId="132B7BC3" w14:textId="77777777" w:rsidR="009158E6" w:rsidRPr="001103A9" w:rsidRDefault="00EC53C1" w:rsidP="001103A9">
      <w:pPr>
        <w:ind w:left="164" w:firstLine="1276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t xml:space="preserve">- </w:t>
      </w:r>
      <w:r w:rsidR="001103A9">
        <w:rPr>
          <w:rFonts w:ascii="Times New Roman" w:hAnsi="Times New Roman" w:cs="Times New Roman"/>
          <w:sz w:val="26"/>
          <w:szCs w:val="26"/>
        </w:rPr>
        <w:t>Phòng đào tạo Sau đại học</w:t>
      </w:r>
    </w:p>
    <w:p w14:paraId="0637A8F5" w14:textId="323BF754" w:rsidR="009158E6" w:rsidRPr="001103A9" w:rsidRDefault="00EC53C1" w:rsidP="006A09DE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br/>
        <w:t xml:space="preserve">Tôi tên là: </w:t>
      </w:r>
      <w:r w:rsidR="00BC49DF">
        <w:rPr>
          <w:rFonts w:ascii="Times New Roman" w:hAnsi="Times New Roman" w:cs="Times New Roman"/>
          <w:sz w:val="26"/>
          <w:szCs w:val="26"/>
        </w:rPr>
        <w:t>Thái Thị Kim Ái</w:t>
      </w:r>
    </w:p>
    <w:p w14:paraId="20596C90" w14:textId="7E5ECB84" w:rsidR="006A09DE" w:rsidRPr="001103A9" w:rsidRDefault="00EC53C1" w:rsidP="006A09DE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t>Ngày, tháng, năm sinh:</w:t>
      </w:r>
      <w:r w:rsidR="00BC49DF">
        <w:rPr>
          <w:rFonts w:ascii="Times New Roman" w:hAnsi="Times New Roman" w:cs="Times New Roman"/>
          <w:sz w:val="26"/>
          <w:szCs w:val="26"/>
        </w:rPr>
        <w:t xml:space="preserve"> 10/08/1996</w:t>
      </w:r>
    </w:p>
    <w:p w14:paraId="21A69493" w14:textId="49B0995C" w:rsidR="009158E6" w:rsidRPr="001103A9" w:rsidRDefault="00EC53C1" w:rsidP="006A09DE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t xml:space="preserve">Ngành/Chuyên ngành trúng tuyển: </w:t>
      </w:r>
      <w:r w:rsidR="00BC6AC9">
        <w:rPr>
          <w:rFonts w:ascii="Times New Roman" w:hAnsi="Times New Roman" w:cs="Times New Roman"/>
          <w:sz w:val="26"/>
          <w:szCs w:val="26"/>
        </w:rPr>
        <w:t>Chuyên khoa</w:t>
      </w:r>
      <w:r w:rsidR="00BC49DF">
        <w:rPr>
          <w:rFonts w:ascii="Times New Roman" w:hAnsi="Times New Roman" w:cs="Times New Roman"/>
          <w:sz w:val="26"/>
          <w:szCs w:val="26"/>
        </w:rPr>
        <w:t xml:space="preserve"> I Nội Khoa</w:t>
      </w:r>
    </w:p>
    <w:p w14:paraId="0E9E9117" w14:textId="7DFCA2A1" w:rsidR="009158E6" w:rsidRPr="001103A9" w:rsidRDefault="006A09DE" w:rsidP="006A09DE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Mã số hồ sơ</w:t>
      </w:r>
      <w:r w:rsidR="00EC53C1" w:rsidRPr="001103A9">
        <w:rPr>
          <w:rFonts w:ascii="Times New Roman" w:hAnsi="Times New Roman" w:cs="Times New Roman"/>
          <w:sz w:val="26"/>
          <w:szCs w:val="26"/>
        </w:rPr>
        <w:t xml:space="preserve">: </w:t>
      </w:r>
      <w:r w:rsidR="00BC49DF">
        <w:rPr>
          <w:rFonts w:ascii="Times New Roman" w:hAnsi="Times New Roman" w:cs="Times New Roman"/>
          <w:sz w:val="26"/>
          <w:szCs w:val="26"/>
        </w:rPr>
        <w:t>26112478</w:t>
      </w:r>
    </w:p>
    <w:p w14:paraId="7430CFFB" w14:textId="41352DD1" w:rsidR="009158E6" w:rsidRDefault="00EC53C1" w:rsidP="006A09DE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t xml:space="preserve">Điện thoại: </w:t>
      </w:r>
      <w:r w:rsidR="00BC49DF">
        <w:rPr>
          <w:rFonts w:ascii="Times New Roman" w:hAnsi="Times New Roman" w:cs="Times New Roman"/>
          <w:sz w:val="26"/>
          <w:szCs w:val="26"/>
        </w:rPr>
        <w:t>0343304799</w:t>
      </w:r>
      <w:r w:rsidRPr="001103A9">
        <w:rPr>
          <w:rFonts w:ascii="Times New Roman" w:hAnsi="Times New Roman" w:cs="Times New Roman"/>
          <w:sz w:val="26"/>
          <w:szCs w:val="26"/>
        </w:rPr>
        <w:t xml:space="preserve"> </w:t>
      </w:r>
      <w:r w:rsidR="00BC49DF">
        <w:rPr>
          <w:rFonts w:ascii="Times New Roman" w:hAnsi="Times New Roman" w:cs="Times New Roman"/>
          <w:sz w:val="26"/>
          <w:szCs w:val="26"/>
        </w:rPr>
        <w:t>.</w:t>
      </w:r>
      <w:r w:rsidRPr="001103A9">
        <w:rPr>
          <w:rFonts w:ascii="Times New Roman" w:hAnsi="Times New Roman" w:cs="Times New Roman"/>
          <w:sz w:val="26"/>
          <w:szCs w:val="26"/>
        </w:rPr>
        <w:t xml:space="preserve">Email: </w:t>
      </w:r>
      <w:r w:rsidR="00BC49DF">
        <w:rPr>
          <w:rFonts w:ascii="Times New Roman" w:hAnsi="Times New Roman" w:cs="Times New Roman"/>
          <w:sz w:val="26"/>
          <w:szCs w:val="26"/>
        </w:rPr>
        <w:t>pvdo0203@gmail.com</w:t>
      </w:r>
    </w:p>
    <w:p w14:paraId="0FA7CBF8" w14:textId="0EAF706C" w:rsidR="00EC53C1" w:rsidRDefault="00EC53C1" w:rsidP="006A09DE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chỉ:</w:t>
      </w:r>
      <w:r w:rsidR="00BC49DF">
        <w:rPr>
          <w:rFonts w:ascii="Times New Roman" w:hAnsi="Times New Roman" w:cs="Times New Roman"/>
          <w:sz w:val="26"/>
          <w:szCs w:val="26"/>
        </w:rPr>
        <w:t xml:space="preserve"> ấp Mỹ Hiệp, xã Đông Thành, Tây Ninh</w:t>
      </w:r>
    </w:p>
    <w:p w14:paraId="33489F45" w14:textId="6D85B125" w:rsidR="00755B95" w:rsidRPr="001103A9" w:rsidRDefault="00755B95" w:rsidP="006A09DE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điểm đăng ký học ban đầu:</w:t>
      </w:r>
      <w:r w:rsidR="00BC49DF">
        <w:rPr>
          <w:rFonts w:ascii="Times New Roman" w:hAnsi="Times New Roman" w:cs="Times New Roman"/>
          <w:sz w:val="26"/>
          <w:szCs w:val="26"/>
        </w:rPr>
        <w:t xml:space="preserve"> Trường Đại Học Y Dược Cần Thơ</w:t>
      </w:r>
    </w:p>
    <w:p w14:paraId="0412DA0F" w14:textId="514EE8DE" w:rsidR="0080095C" w:rsidRDefault="00EC53C1" w:rsidP="00B318AF">
      <w:pPr>
        <w:spacing w:before="120"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t>Sau khi trúng tuyển chương trình đào tạo sau đại học</w:t>
      </w:r>
      <w:r w:rsidR="006A09DE">
        <w:rPr>
          <w:rFonts w:ascii="Times New Roman" w:hAnsi="Times New Roman" w:cs="Times New Roman"/>
          <w:sz w:val="26"/>
          <w:szCs w:val="26"/>
        </w:rPr>
        <w:t xml:space="preserve"> (CK</w:t>
      </w:r>
      <w:r w:rsidR="00BC49DF">
        <w:rPr>
          <w:rFonts w:ascii="Times New Roman" w:hAnsi="Times New Roman" w:cs="Times New Roman"/>
          <w:sz w:val="26"/>
          <w:szCs w:val="26"/>
        </w:rPr>
        <w:t xml:space="preserve"> I Nội Khoa</w:t>
      </w:r>
      <w:r w:rsidR="006A09DE">
        <w:rPr>
          <w:rFonts w:ascii="Times New Roman" w:hAnsi="Times New Roman" w:cs="Times New Roman"/>
          <w:sz w:val="26"/>
          <w:szCs w:val="26"/>
        </w:rPr>
        <w:t>) năm 202</w:t>
      </w:r>
      <w:r w:rsidR="0080095C">
        <w:rPr>
          <w:rFonts w:ascii="Times New Roman" w:hAnsi="Times New Roman" w:cs="Times New Roman"/>
          <w:sz w:val="26"/>
          <w:szCs w:val="26"/>
        </w:rPr>
        <w:t>6</w:t>
      </w:r>
      <w:r w:rsidRPr="001103A9">
        <w:rPr>
          <w:rFonts w:ascii="Times New Roman" w:hAnsi="Times New Roman" w:cs="Times New Roman"/>
          <w:sz w:val="26"/>
          <w:szCs w:val="26"/>
        </w:rPr>
        <w:t xml:space="preserve"> tại Trường Đại học Y Dược Cần Thơ, nay tôi làm đơn này kính đề nghị Quý Trường xem xét, chấp thuận cho tôi được chuyển địa điểm học tập về </w:t>
      </w:r>
      <w:r w:rsidR="00B318AF">
        <w:rPr>
          <w:rFonts w:ascii="Times New Roman" w:hAnsi="Times New Roman" w:cs="Times New Roman"/>
          <w:sz w:val="26"/>
          <w:szCs w:val="26"/>
        </w:rPr>
        <w:t xml:space="preserve">học tại </w:t>
      </w:r>
      <w:r w:rsidR="00BC6AC9">
        <w:rPr>
          <w:rFonts w:ascii="Times New Roman" w:hAnsi="Times New Roman" w:cs="Times New Roman"/>
          <w:sz w:val="26"/>
          <w:szCs w:val="26"/>
        </w:rPr>
        <w:t>Bệnh viện Đa khoa Long An</w:t>
      </w:r>
      <w:r w:rsidR="0080095C">
        <w:rPr>
          <w:rFonts w:ascii="Times New Roman" w:hAnsi="Times New Roman" w:cs="Times New Roman"/>
          <w:sz w:val="26"/>
          <w:szCs w:val="26"/>
        </w:rPr>
        <w:t>.</w:t>
      </w:r>
      <w:r w:rsidRPr="001103A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2442992" w14:textId="51440FDD" w:rsidR="0080095C" w:rsidRDefault="0080095C" w:rsidP="00B318AF">
      <w:pPr>
        <w:spacing w:before="120"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</w:t>
      </w:r>
      <w:r w:rsidR="00BC49DF">
        <w:rPr>
          <w:rFonts w:ascii="Times New Roman" w:hAnsi="Times New Roman" w:cs="Times New Roman"/>
          <w:sz w:val="26"/>
          <w:szCs w:val="26"/>
        </w:rPr>
        <w:t xml:space="preserve"> Theo sự chỉ đạo sắp xếp của cơ quan</w:t>
      </w:r>
    </w:p>
    <w:p w14:paraId="6BFBA1C0" w14:textId="77777777" w:rsidR="009158E6" w:rsidRPr="001103A9" w:rsidRDefault="00EC53C1" w:rsidP="00B318AF">
      <w:pPr>
        <w:spacing w:before="120"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t>Tôi xin cam kết:</w:t>
      </w:r>
    </w:p>
    <w:p w14:paraId="2F79292E" w14:textId="77777777" w:rsidR="009158E6" w:rsidRPr="001103A9" w:rsidRDefault="00EC53C1" w:rsidP="006A09DE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t>1. Thực hiện đầy đủ các quy định, nội quy của Nhà trường nơi tiếp nhận.</w:t>
      </w:r>
    </w:p>
    <w:p w14:paraId="562D88E0" w14:textId="77777777" w:rsidR="009158E6" w:rsidRPr="001103A9" w:rsidRDefault="00EC53C1" w:rsidP="006A09DE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t>2. Nộp đầy đủ các khoản học phí và chi phí liên quan theo quy định.</w:t>
      </w:r>
    </w:p>
    <w:p w14:paraId="2BE8D7F0" w14:textId="77777777" w:rsidR="009158E6" w:rsidRPr="001103A9" w:rsidRDefault="00EC53C1" w:rsidP="006A09DE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t>3. Hoàn thành nghiêm túc nghĩa vụ học tập, nghiên cứu theo chương trình đào tạo.</w:t>
      </w:r>
    </w:p>
    <w:p w14:paraId="1EB0CE82" w14:textId="77777777" w:rsidR="009158E6" w:rsidRPr="001103A9" w:rsidRDefault="00EC53C1" w:rsidP="006A09DE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br/>
        <w:t>Kính mong Quý Trường xem xét, chấp thuận.</w:t>
      </w:r>
    </w:p>
    <w:p w14:paraId="7FEF0D2A" w14:textId="77777777" w:rsidR="009158E6" w:rsidRPr="001103A9" w:rsidRDefault="00EC53C1" w:rsidP="006A09DE">
      <w:pPr>
        <w:spacing w:before="120" w:after="120"/>
        <w:rPr>
          <w:rFonts w:ascii="Times New Roman" w:hAnsi="Times New Roman" w:cs="Times New Roman"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t>Xin trân trọng cảm ơn!</w:t>
      </w:r>
    </w:p>
    <w:p w14:paraId="10D91074" w14:textId="06911F30" w:rsidR="009158E6" w:rsidRPr="006A09DE" w:rsidRDefault="00EC53C1" w:rsidP="006A09DE">
      <w:pPr>
        <w:spacing w:before="120" w:after="1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1103A9">
        <w:rPr>
          <w:rFonts w:ascii="Times New Roman" w:hAnsi="Times New Roman" w:cs="Times New Roman"/>
          <w:sz w:val="26"/>
          <w:szCs w:val="26"/>
        </w:rPr>
        <w:br/>
      </w:r>
      <w:r w:rsidR="006A09DE" w:rsidRPr="006A09DE">
        <w:rPr>
          <w:rFonts w:ascii="Times New Roman" w:hAnsi="Times New Roman" w:cs="Times New Roman"/>
          <w:i/>
          <w:sz w:val="26"/>
          <w:szCs w:val="26"/>
        </w:rPr>
        <w:t xml:space="preserve">        Cần Thơ</w:t>
      </w:r>
      <w:r w:rsidRPr="006A09DE">
        <w:rPr>
          <w:rFonts w:ascii="Times New Roman" w:hAnsi="Times New Roman" w:cs="Times New Roman"/>
          <w:i/>
          <w:sz w:val="26"/>
          <w:szCs w:val="26"/>
        </w:rPr>
        <w:t xml:space="preserve">, ngày </w:t>
      </w:r>
      <w:r w:rsidR="00BC49DF">
        <w:rPr>
          <w:rFonts w:ascii="Times New Roman" w:hAnsi="Times New Roman" w:cs="Times New Roman"/>
          <w:i/>
          <w:sz w:val="26"/>
          <w:szCs w:val="26"/>
        </w:rPr>
        <w:t>05</w:t>
      </w:r>
      <w:r w:rsidRPr="006A09DE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BC49DF">
        <w:rPr>
          <w:rFonts w:ascii="Times New Roman" w:hAnsi="Times New Roman" w:cs="Times New Roman"/>
          <w:i/>
          <w:sz w:val="26"/>
          <w:szCs w:val="26"/>
        </w:rPr>
        <w:t>08</w:t>
      </w:r>
      <w:r w:rsidRPr="006A09DE">
        <w:rPr>
          <w:rFonts w:ascii="Times New Roman" w:hAnsi="Times New Roman" w:cs="Times New Roman"/>
          <w:i/>
          <w:sz w:val="26"/>
          <w:szCs w:val="26"/>
        </w:rPr>
        <w:t xml:space="preserve"> năm 202</w:t>
      </w:r>
      <w:r w:rsidR="00EB35DE">
        <w:rPr>
          <w:rFonts w:ascii="Times New Roman" w:hAnsi="Times New Roman" w:cs="Times New Roman"/>
          <w:i/>
          <w:sz w:val="26"/>
          <w:szCs w:val="26"/>
        </w:rPr>
        <w:t>6</w:t>
      </w:r>
    </w:p>
    <w:p w14:paraId="7258DFEB" w14:textId="77777777" w:rsidR="009158E6" w:rsidRPr="006A09DE" w:rsidRDefault="006A09DE" w:rsidP="006A09DE">
      <w:pPr>
        <w:spacing w:before="12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A09DE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</w:t>
      </w:r>
      <w:r w:rsidR="00EC53C1" w:rsidRPr="006A09DE">
        <w:rPr>
          <w:rFonts w:ascii="Times New Roman" w:hAnsi="Times New Roman" w:cs="Times New Roman"/>
          <w:b/>
          <w:sz w:val="26"/>
          <w:szCs w:val="26"/>
        </w:rPr>
        <w:t>Người làm đơn</w:t>
      </w:r>
    </w:p>
    <w:p w14:paraId="569339E6" w14:textId="77777777" w:rsidR="009158E6" w:rsidRPr="001103A9" w:rsidRDefault="009158E6">
      <w:pPr>
        <w:jc w:val="right"/>
        <w:rPr>
          <w:rFonts w:ascii="Times New Roman" w:hAnsi="Times New Roman" w:cs="Times New Roman"/>
          <w:sz w:val="26"/>
          <w:szCs w:val="26"/>
        </w:rPr>
      </w:pPr>
    </w:p>
    <w:sectPr w:rsidR="009158E6" w:rsidRPr="001103A9" w:rsidSect="006A09DE">
      <w:pgSz w:w="12240" w:h="15840"/>
      <w:pgMar w:top="568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60373783">
    <w:abstractNumId w:val="8"/>
  </w:num>
  <w:num w:numId="2" w16cid:durableId="1480264464">
    <w:abstractNumId w:val="6"/>
  </w:num>
  <w:num w:numId="3" w16cid:durableId="534000911">
    <w:abstractNumId w:val="5"/>
  </w:num>
  <w:num w:numId="4" w16cid:durableId="1744568678">
    <w:abstractNumId w:val="4"/>
  </w:num>
  <w:num w:numId="5" w16cid:durableId="1263491984">
    <w:abstractNumId w:val="7"/>
  </w:num>
  <w:num w:numId="6" w16cid:durableId="1386835128">
    <w:abstractNumId w:val="3"/>
  </w:num>
  <w:num w:numId="7" w16cid:durableId="430515228">
    <w:abstractNumId w:val="2"/>
  </w:num>
  <w:num w:numId="8" w16cid:durableId="2129273023">
    <w:abstractNumId w:val="1"/>
  </w:num>
  <w:num w:numId="9" w16cid:durableId="176771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3646"/>
    <w:rsid w:val="0006063C"/>
    <w:rsid w:val="001103A9"/>
    <w:rsid w:val="0015074B"/>
    <w:rsid w:val="0029639D"/>
    <w:rsid w:val="00326F90"/>
    <w:rsid w:val="003324BC"/>
    <w:rsid w:val="006A09DE"/>
    <w:rsid w:val="00755B95"/>
    <w:rsid w:val="0080095C"/>
    <w:rsid w:val="009158E6"/>
    <w:rsid w:val="00AA1D8D"/>
    <w:rsid w:val="00B318AF"/>
    <w:rsid w:val="00B47730"/>
    <w:rsid w:val="00BC49DF"/>
    <w:rsid w:val="00BC6AC9"/>
    <w:rsid w:val="00BC7796"/>
    <w:rsid w:val="00CB0664"/>
    <w:rsid w:val="00EB35DE"/>
    <w:rsid w:val="00EC53C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E953CB"/>
  <w14:defaultImageDpi w14:val="300"/>
  <w15:docId w15:val="{5C47BE86-ADAA-4144-8909-99046D48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86E9B34-5C99-421A-8412-53C668BE0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Administrator</cp:lastModifiedBy>
  <cp:revision>11</cp:revision>
  <dcterms:created xsi:type="dcterms:W3CDTF">2013-12-23T23:15:00Z</dcterms:created>
  <dcterms:modified xsi:type="dcterms:W3CDTF">2026-08-05T00:39:00Z</dcterms:modified>
  <cp:category/>
</cp:coreProperties>
</file>